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keepLines/>
        <w:spacing w:before="0" w:after="40"/>
      </w:pPr>
      <w:r>
        <w:rPr>
          <w:b/>
          <w:sz w:val="36"/>
        </w:rPr>
        <w:t>Khalid Bin Waheed</w:t>
      </w:r>
    </w:p>
    <w:p>
      <w:pPr>
        <w:keepNext w:val="0"/>
        <w:keepLines/>
        <w:spacing w:before="0"/>
      </w:pPr>
      <w:r>
        <w:rPr>
          <w:b/>
          <w:sz w:val="20"/>
        </w:rPr>
        <w:t>Cybersecurity &amp; Software Engineering | AI/ML | Aspiring Security Architect</w:t>
      </w:r>
    </w:p>
    <w:p>
      <w:pPr>
        <w:keepNext w:val="0"/>
        <w:keepLines/>
        <w:spacing w:before="0"/>
      </w:pPr>
      <w:r>
        <w:rPr>
          <w:b w:val="0"/>
        </w:rPr>
        <w:t>khalidjan6396@gmail.com | +92 314 1516520 | Pakistan</w:t>
      </w:r>
    </w:p>
    <w:p>
      <w:pPr>
        <w:keepNext w:val="0"/>
        <w:keepLines/>
        <w:spacing w:before="0"/>
      </w:pPr>
      <w:r>
        <w:rPr>
          <w:b w:val="0"/>
        </w:rPr>
      </w:r>
      <w:hyperlink r:id="rId9">
        <w:r>
          <w:t>khalidbinwaheed.dev</w:t>
        </w:r>
      </w:hyperlink>
      <w:r>
        <w:t xml:space="preserve"> | </w:t>
      </w:r>
      <w:hyperlink r:id="rId10">
        <w:r>
          <w:t>GitHub</w:t>
        </w:r>
      </w:hyperlink>
      <w:r>
        <w:t xml:space="preserve"> | </w:t>
      </w:r>
      <w:hyperlink r:id="rId11">
        <w:r>
          <w:t>LinkedIn</w:t>
        </w:r>
      </w:hyperlink>
      <w:r>
        <w:t xml:space="preserve"> | </w:t>
      </w:r>
      <w:hyperlink r:id="rId12">
        <w:r>
          <w:t>TryHackMe</w:t>
        </w:r>
      </w:hyperlink>
    </w:p>
    <w:p>
      <w:pPr>
        <w:keepNext/>
        <w:keepLines/>
        <w:pageBreakBefore w:val="0"/>
        <w:spacing w:before="140"/>
      </w:pPr>
      <w:r>
        <w:rPr>
          <w:b/>
          <w:sz w:val="22"/>
        </w:rPr>
        <w:t>Professional Summary</w:t>
      </w:r>
    </w:p>
    <w:p>
      <w:pPr>
        <w:keepNext w:val="0"/>
        <w:keepLines/>
        <w:spacing w:before="0"/>
      </w:pPr>
      <w:r>
        <w:rPr>
          <w:b w:val="0"/>
        </w:rPr>
        <w:t>Final-year BS Computer Science student at UET Peshawar, Jalozai Campus, with experience in cybersecurity, software engineering, and artificial intelligence (AI) and machine learning (ML). Builds Python and full-stack applications, analyzes network traffic, and evaluates computer vision models. Experience includes technical instruction, internship coordination, and community leadership. Aspiring Security Architect focused on secure, scalable systems.</w:t>
      </w:r>
    </w:p>
    <w:p>
      <w:pPr>
        <w:keepNext/>
        <w:keepLines/>
        <w:pageBreakBefore w:val="0"/>
        <w:spacing w:before="140"/>
      </w:pPr>
      <w:r>
        <w:rPr>
          <w:b/>
          <w:sz w:val="22"/>
        </w:rPr>
        <w:t>Technical Skills</w:t>
      </w:r>
    </w:p>
    <w:p>
      <w:pPr>
        <w:keepNext w:val="0"/>
        <w:keepLines/>
        <w:spacing w:before="0"/>
      </w:pPr>
      <w:r>
        <w:rPr>
          <w:b w:val="0"/>
        </w:rPr>
      </w:r>
      <w:r>
        <w:rPr>
          <w:b/>
        </w:rPr>
        <w:t xml:space="preserve">Cybersecurity: </w:t>
      </w:r>
      <w:r>
        <w:t>Network Security, Vulnerability Assessment, Threat Detection, Security Monitoring, Linux Security, Nmap, Wireshark, Burp Suite, Nessus, Kali Linux, Wazuh, Splunk, Zeek, tcpdump.</w:t>
      </w:r>
    </w:p>
    <w:p>
      <w:pPr>
        <w:keepNext w:val="0"/>
        <w:keepLines/>
        <w:spacing w:before="0"/>
      </w:pPr>
      <w:r>
        <w:rPr>
          <w:b w:val="0"/>
        </w:rPr>
      </w:r>
      <w:r>
        <w:rPr>
          <w:b/>
        </w:rPr>
        <w:t xml:space="preserve">Security foundations: </w:t>
      </w:r>
      <w:r>
        <w:t>Information Security, Security Operations Center (SOC), Security Information and Event Management (SIEM), Incident Response, Risk Assessment, OWASP Top 10, DevSecOps, Security Architecture, Identity and Access Management (IAM), REST API Security. Cloud Security is a learning focus.</w:t>
      </w:r>
    </w:p>
    <w:p>
      <w:pPr>
        <w:keepNext w:val="0"/>
        <w:keepLines/>
        <w:spacing w:before="0"/>
      </w:pPr>
      <w:r>
        <w:rPr>
          <w:b w:val="0"/>
        </w:rPr>
      </w:r>
      <w:r>
        <w:rPr>
          <w:b/>
        </w:rPr>
        <w:t xml:space="preserve">Programming and APIs: </w:t>
      </w:r>
      <w:r>
        <w:t>Python, JavaScript, TypeScript, Dart, SQL, FastAPI, Node.js, REST Application Programming Interface (API) development.</w:t>
      </w:r>
    </w:p>
    <w:p>
      <w:pPr>
        <w:keepNext w:val="0"/>
        <w:keepLines/>
        <w:spacing w:before="0"/>
      </w:pPr>
      <w:r>
        <w:rPr>
          <w:b w:val="0"/>
        </w:rPr>
      </w:r>
      <w:r>
        <w:rPr>
          <w:b/>
        </w:rPr>
        <w:t xml:space="preserve">Web, mobile and data: </w:t>
      </w:r>
      <w:r>
        <w:t>React, Next.js, Flutter, React Native, Expo, HTML/CSS, Tailwind CSS, PostgreSQL, MongoDB, Supabase, Firebase, SQLAlchemy, Role-Based Access Control (RBAC), RLS, JWT.</w:t>
      </w:r>
    </w:p>
    <w:p>
      <w:pPr>
        <w:keepNext w:val="0"/>
        <w:keepLines/>
        <w:spacing w:before="0"/>
      </w:pPr>
      <w:r>
        <w:rPr>
          <w:b w:val="0"/>
        </w:rPr>
      </w:r>
      <w:r>
        <w:rPr>
          <w:b/>
        </w:rPr>
        <w:t xml:space="preserve">AI/ML and tools: </w:t>
      </w:r>
      <w:r>
        <w:t>Pandas, NumPy, Scikit-learn, TensorFlow Lite, Computer Vision, Data Preprocessing, Model Evaluation, Git, GitHub, Docker, VMware, Linux, VS Code.</w:t>
      </w:r>
    </w:p>
    <w:p>
      <w:pPr>
        <w:keepNext/>
        <w:keepLines/>
        <w:pageBreakBefore w:val="0"/>
        <w:spacing w:before="140"/>
      </w:pPr>
      <w:r>
        <w:rPr>
          <w:b/>
          <w:sz w:val="22"/>
        </w:rPr>
        <w:t>Professional Experience</w:t>
      </w:r>
    </w:p>
    <w:p>
      <w:pPr>
        <w:keepNext/>
        <w:keepLines/>
        <w:spacing w:before="60"/>
      </w:pPr>
      <w:r>
        <w:rPr>
          <w:b/>
        </w:rPr>
        <w:t>Software Engineer | Code Cryptical IT Innovators (Pvt.) Ltd.</w:t>
      </w:r>
    </w:p>
    <w:p>
      <w:pPr>
        <w:keepNext/>
        <w:keepLines/>
        <w:spacing w:before="0"/>
      </w:pPr>
      <w:r>
        <w:rPr>
          <w:b w:val="0"/>
        </w:rPr>
        <w:t>Dec 2025 - Present</w:t>
      </w:r>
    </w:p>
    <w:p>
      <w:pPr>
        <w:keepNext w:val="0"/>
        <w:keepLines/>
        <w:spacing w:before="0"/>
        <w:ind w:left="170" w:hanging="170"/>
      </w:pPr>
      <w:r>
        <w:rPr>
          <w:b w:val="0"/>
        </w:rPr>
      </w:r>
      <w:r>
        <w:t>• Contribute to secure full-stack web applications, architecture decisions, engineering coordination, and end-to-end delivery.</w:t>
      </w:r>
    </w:p>
    <w:p>
      <w:pPr>
        <w:keepNext/>
        <w:keepLines/>
        <w:spacing w:before="60"/>
      </w:pPr>
      <w:r>
        <w:rPr>
          <w:b/>
        </w:rPr>
        <w:t>Director of Internship | Code Cryptical IT Innovators (Pvt.) Ltd.</w:t>
      </w:r>
    </w:p>
    <w:p>
      <w:pPr>
        <w:keepNext/>
        <w:keepLines/>
        <w:spacing w:before="0"/>
      </w:pPr>
      <w:r>
        <w:rPr>
          <w:b w:val="0"/>
        </w:rPr>
        <w:t>Dec 2025 - Present</w:t>
      </w:r>
    </w:p>
    <w:p>
      <w:pPr>
        <w:keepNext w:val="0"/>
        <w:keepLines/>
        <w:spacing w:before="0"/>
        <w:ind w:left="170" w:hanging="170"/>
      </w:pPr>
      <w:r>
        <w:rPr>
          <w:b w:val="0"/>
        </w:rPr>
      </w:r>
      <w:r>
        <w:t>• Directed a 45-day internship spanning Cybersecurity, AI/ML, Flutter, and MERN Stack; coordinated instructors, assignments, communication, and technical evaluations.</w:t>
      </w:r>
    </w:p>
    <w:p>
      <w:pPr>
        <w:keepNext/>
        <w:keepLines/>
        <w:spacing w:before="60"/>
      </w:pPr>
      <w:r>
        <w:rPr>
          <w:b/>
        </w:rPr>
        <w:t>Computer Vision Intern | Arch Technologies</w:t>
      </w:r>
    </w:p>
    <w:p>
      <w:pPr>
        <w:keepNext/>
        <w:keepLines/>
        <w:spacing w:before="0"/>
      </w:pPr>
      <w:r>
        <w:rPr>
          <w:b w:val="0"/>
        </w:rPr>
        <w:t>Aug 2025 - Sep 2025</w:t>
      </w:r>
    </w:p>
    <w:p>
      <w:pPr>
        <w:keepNext w:val="0"/>
        <w:keepLines/>
        <w:spacing w:before="0"/>
        <w:ind w:left="170" w:hanging="170"/>
      </w:pPr>
      <w:r>
        <w:rPr>
          <w:b w:val="0"/>
        </w:rPr>
      </w:r>
      <w:r>
        <w:t>• Built and evaluated computer vision workflows involving image analysis, model evaluation, and applied AI engineering.</w:t>
      </w:r>
    </w:p>
    <w:p>
      <w:pPr>
        <w:keepNext/>
        <w:keepLines/>
        <w:spacing w:before="60"/>
      </w:pPr>
      <w:r>
        <w:rPr>
          <w:b/>
        </w:rPr>
        <w:t>Cyber Security Intern | Microsoft Learn Student Ambassadors, Pakistan</w:t>
      </w:r>
    </w:p>
    <w:p>
      <w:pPr>
        <w:keepNext/>
        <w:keepLines/>
        <w:spacing w:before="0"/>
      </w:pPr>
      <w:r>
        <w:rPr>
          <w:b w:val="0"/>
        </w:rPr>
        <w:t>Jul 2025 - Aug 2025</w:t>
      </w:r>
    </w:p>
    <w:p>
      <w:pPr>
        <w:keepNext w:val="0"/>
        <w:keepLines/>
        <w:spacing w:before="0"/>
        <w:ind w:left="170" w:hanging="170"/>
      </w:pPr>
      <w:r>
        <w:rPr>
          <w:b w:val="0"/>
        </w:rPr>
      </w:r>
      <w:r>
        <w:t>• Practiced network scanning, security assessment fundamentals, network analysis, and defensive security workflows.</w:t>
      </w:r>
    </w:p>
    <w:p>
      <w:pPr>
        <w:keepNext/>
        <w:keepLines/>
        <w:spacing w:before="60"/>
      </w:pPr>
      <w:r>
        <w:rPr>
          <w:b/>
        </w:rPr>
        <w:t>Python Programming Instructor | Access Academy, Peshawar</w:t>
      </w:r>
    </w:p>
    <w:p>
      <w:pPr>
        <w:keepNext/>
        <w:keepLines/>
        <w:spacing w:before="0"/>
      </w:pPr>
      <w:r>
        <w:rPr>
          <w:b w:val="0"/>
        </w:rPr>
        <w:t>Nov 2024 - Apr 2025</w:t>
      </w:r>
    </w:p>
    <w:p>
      <w:pPr>
        <w:keepNext w:val="0"/>
        <w:keepLines/>
        <w:spacing w:before="0"/>
        <w:ind w:left="170" w:hanging="170"/>
      </w:pPr>
      <w:r>
        <w:rPr>
          <w:b w:val="0"/>
        </w:rPr>
      </w:r>
      <w:r>
        <w:t>• Taught Python fundamentals through practical coding exercises, mentoring, and problem-solving activities.</w:t>
      </w:r>
    </w:p>
    <w:p>
      <w:pPr>
        <w:keepNext/>
        <w:keepLines/>
        <w:pageBreakBefore w:val="0"/>
        <w:spacing w:before="140"/>
      </w:pPr>
      <w:r>
        <w:rPr>
          <w:b/>
          <w:sz w:val="22"/>
        </w:rPr>
        <w:t>Education</w:t>
      </w:r>
    </w:p>
    <w:p>
      <w:pPr>
        <w:keepNext/>
        <w:keepLines/>
        <w:spacing w:before="0"/>
      </w:pPr>
      <w:r>
        <w:rPr>
          <w:b/>
        </w:rPr>
        <w:t>BS Computer Science | University of Engineering &amp; Technology (UET) Peshawar, Jalozai Campus</w:t>
      </w:r>
    </w:p>
    <w:p>
      <w:pPr>
        <w:keepNext w:val="0"/>
        <w:keepLines/>
        <w:spacing w:before="0"/>
      </w:pPr>
      <w:r>
        <w:rPr>
          <w:b w:val="0"/>
        </w:rPr>
        <w:t>Final Year | In Progress</w:t>
      </w:r>
    </w:p>
    <w:p>
      <w:pPr>
        <w:keepNext/>
        <w:keepLines/>
        <w:pageBreakBefore/>
        <w:spacing w:before="140"/>
      </w:pPr>
      <w:r>
        <w:rPr>
          <w:b/>
          <w:sz w:val="22"/>
        </w:rPr>
        <w:t>Technical Projects</w:t>
      </w:r>
    </w:p>
    <w:p>
      <w:pPr>
        <w:keepNext w:val="0"/>
        <w:keepLines/>
        <w:spacing w:before="0"/>
      </w:pPr>
      <w:r>
        <w:rPr>
          <w:b w:val="0"/>
        </w:rPr>
      </w:r>
      <w:r>
        <w:rPr>
          <w:b/>
        </w:rPr>
        <w:t xml:space="preserve">FeatherOps Cyber: </w:t>
      </w:r>
      <w:r>
        <w:t>Final-year project in development. Python, FastAPI, React, TypeScript, PostgreSQL, Nmap, Wireshark, Ollama; developing network monitoring, vulnerability assessment, contextual risk scoring, and AI-assisted incident investigation.</w:t>
      </w:r>
    </w:p>
    <w:p>
      <w:pPr>
        <w:keepNext w:val="0"/>
        <w:keepLines/>
        <w:spacing w:before="0"/>
      </w:pPr>
      <w:r>
        <w:rPr>
          <w:b w:val="0"/>
        </w:rPr>
      </w:r>
      <w:r>
        <w:rPr>
          <w:b/>
        </w:rPr>
        <w:t xml:space="preserve">Network Scanning and Vulnerability Detection: </w:t>
      </w:r>
      <w:r>
        <w:t>Academic work using Nmap, Wireshark, and Kali Linux for scanning, traffic analysis, and security assessment fundamentals.</w:t>
      </w:r>
    </w:p>
    <w:p>
      <w:pPr>
        <w:keepNext w:val="0"/>
        <w:keepLines/>
        <w:spacing w:before="0"/>
      </w:pPr>
      <w:r>
        <w:rPr>
          <w:b w:val="0"/>
        </w:rPr>
      </w:r>
      <w:r>
        <w:rPr>
          <w:b/>
        </w:rPr>
        <w:t xml:space="preserve">Cyber Threat Severity Analyzer: </w:t>
      </w:r>
      <w:r>
        <w:t>Educational Python/Streamlit risk-classification application with transparent scoring and SOC-style visualizations; implementation and deployment status unconfirmed.</w:t>
      </w:r>
    </w:p>
    <w:p>
      <w:pPr>
        <w:keepNext w:val="0"/>
        <w:keepLines/>
        <w:spacing w:before="0"/>
      </w:pPr>
      <w:r>
        <w:rPr>
          <w:b w:val="0"/>
        </w:rPr>
      </w:r>
      <w:r>
        <w:rPr>
          <w:b/>
        </w:rPr>
        <w:t xml:space="preserve">Dr. Khan Sardar Hospital Management System: </w:t>
      </w:r>
      <w:r>
        <w:t>Local-first React/TypeScript ERP with PostgreSQL RLS and JWT access controls; recorded clinical query paths of 1-10 ms.</w:t>
      </w:r>
    </w:p>
    <w:p>
      <w:pPr>
        <w:keepNext w:val="0"/>
        <w:keepLines/>
        <w:spacing w:before="0"/>
      </w:pPr>
      <w:r>
        <w:rPr>
          <w:b w:val="0"/>
        </w:rPr>
      </w:r>
      <w:r>
        <w:rPr>
          <w:b/>
        </w:rPr>
        <w:t xml:space="preserve">Sheringal Quick Delivery: </w:t>
      </w:r>
      <w:r>
        <w:t>Next.js/Supabase delivery PWA with customer, vendor, rider, and admin workflows, live GPS tracking, and RLS-secured PostgreSQL.</w:t>
      </w:r>
    </w:p>
    <w:p>
      <w:pPr>
        <w:keepNext w:val="0"/>
        <w:keepLines/>
        <w:spacing w:before="0"/>
      </w:pPr>
      <w:r>
        <w:rPr>
          <w:b w:val="0"/>
        </w:rPr>
      </w:r>
      <w:r>
        <w:rPr>
          <w:b/>
        </w:rPr>
        <w:t xml:space="preserve">PlantCare AI: </w:t>
      </w:r>
      <w:r>
        <w:t>Flutter/TensorFlow Lite application for on-device plant disease identification and offline care information.</w:t>
      </w:r>
    </w:p>
    <w:p>
      <w:pPr>
        <w:keepNext w:val="0"/>
        <w:keepLines/>
        <w:spacing w:before="0"/>
      </w:pPr>
      <w:r>
        <w:rPr>
          <w:b w:val="0"/>
        </w:rPr>
      </w:r>
      <w:r>
        <w:rPr>
          <w:b/>
        </w:rPr>
        <w:t xml:space="preserve">Computer Vision Pipelines: </w:t>
      </w:r>
      <w:r>
        <w:t>Arch Technologies internship work covering image analysis and model evaluation.</w:t>
      </w:r>
    </w:p>
    <w:p>
      <w:pPr>
        <w:keepNext w:val="0"/>
        <w:keepLines/>
        <w:spacing w:before="0"/>
      </w:pPr>
      <w:r>
        <w:rPr>
          <w:b w:val="0"/>
        </w:rPr>
      </w:r>
      <w:r>
        <w:rPr>
          <w:b/>
        </w:rPr>
        <w:t xml:space="preserve">KP Community Problems Analysis: </w:t>
      </w:r>
      <w:r>
        <w:t>Python, Pandas, NumPy, Scikit-learn, and Matplotlib; preprocessing, visualization, and predictive modeling on synthetic data.</w:t>
      </w:r>
    </w:p>
    <w:p>
      <w:pPr>
        <w:keepNext w:val="0"/>
        <w:keepLines/>
        <w:spacing w:before="0"/>
      </w:pPr>
      <w:r>
        <w:rPr>
          <w:b w:val="0"/>
        </w:rPr>
      </w:r>
      <w:r>
        <w:rPr>
          <w:b/>
        </w:rPr>
        <w:t xml:space="preserve">VR Fashion Experience: </w:t>
      </w:r>
      <w:r>
        <w:t>Responsive React e-commerce interface with Framer Motion animations.</w:t>
      </w:r>
    </w:p>
    <w:p>
      <w:pPr>
        <w:keepNext w:val="0"/>
        <w:keepLines/>
        <w:spacing w:before="0"/>
      </w:pPr>
      <w:r>
        <w:rPr>
          <w:b w:val="0"/>
        </w:rPr>
      </w:r>
      <w:r>
        <w:rPr>
          <w:b/>
        </w:rPr>
        <w:t xml:space="preserve">Discipline OS: </w:t>
      </w:r>
      <w:r>
        <w:t>Additional project; technical scope and development status pending confirmation.</w:t>
      </w:r>
    </w:p>
    <w:p>
      <w:pPr>
        <w:keepNext/>
        <w:keepLines/>
        <w:pageBreakBefore w:val="0"/>
        <w:spacing w:before="140"/>
      </w:pPr>
      <w:r>
        <w:rPr>
          <w:b/>
          <w:sz w:val="22"/>
        </w:rPr>
        <w:t>Leadership and Volunteering</w:t>
      </w:r>
    </w:p>
    <w:p>
      <w:pPr>
        <w:keepNext/>
        <w:keepLines/>
        <w:spacing w:before="40"/>
      </w:pPr>
      <w:r>
        <w:rPr>
          <w:b/>
        </w:rPr>
        <w:t>Program Coordinator | Bano Qabil Program · Sheringal, Upper Dir, Khyber Pakhtunkhwa</w:t>
      </w:r>
    </w:p>
    <w:p>
      <w:pPr>
        <w:keepNext/>
        <w:keepLines/>
        <w:spacing w:before="0"/>
      </w:pPr>
      <w:r>
        <w:rPr>
          <w:b w:val="0"/>
        </w:rPr>
        <w:t>Oct 2026 - Present</w:t>
      </w:r>
    </w:p>
    <w:p>
      <w:pPr>
        <w:keepNext w:val="0"/>
        <w:keepLines/>
        <w:spacing w:before="0"/>
      </w:pPr>
      <w:r>
        <w:rPr>
          <w:b w:val="0"/>
        </w:rPr>
        <w:t>Coordinated educational activities, IT training initiatives, student participation, and community outreach.</w:t>
      </w:r>
    </w:p>
    <w:p>
      <w:pPr>
        <w:keepNext/>
        <w:keepLines/>
        <w:spacing w:before="40"/>
      </w:pPr>
      <w:r>
        <w:rPr>
          <w:b/>
        </w:rPr>
        <w:t>GDG Campus Lead | Google Developer Groups, UET Peshawar, Jalozai Campus</w:t>
      </w:r>
    </w:p>
    <w:p>
      <w:pPr>
        <w:keepNext/>
        <w:keepLines/>
        <w:spacing w:before="0"/>
      </w:pPr>
      <w:r>
        <w:rPr>
          <w:b w:val="0"/>
        </w:rPr>
        <w:t>2025 - Present</w:t>
      </w:r>
    </w:p>
    <w:p>
      <w:pPr>
        <w:keepNext w:val="0"/>
        <w:keepLines/>
        <w:spacing w:before="0"/>
      </w:pPr>
      <w:r>
        <w:rPr>
          <w:b w:val="0"/>
        </w:rPr>
        <w:t>Supported developer community activities, technical workshops, student engagement, and technology-focused learning initiatives.</w:t>
      </w:r>
    </w:p>
    <w:p>
      <w:pPr>
        <w:keepNext/>
        <w:keepLines/>
        <w:spacing w:before="40"/>
      </w:pPr>
      <w:r>
        <w:rPr>
          <w:b/>
        </w:rPr>
        <w:t>AWS Campus Lead | AWS Cloud Community, UET Peshawar, Jalozai Campus</w:t>
      </w:r>
    </w:p>
    <w:p>
      <w:pPr>
        <w:keepNext/>
        <w:keepLines/>
        <w:spacing w:before="0"/>
      </w:pPr>
      <w:r>
        <w:rPr>
          <w:b w:val="0"/>
        </w:rPr>
        <w:t>2025 - Present</w:t>
      </w:r>
    </w:p>
    <w:p>
      <w:pPr>
        <w:keepNext w:val="0"/>
        <w:keepLines/>
        <w:spacing w:before="0"/>
      </w:pPr>
      <w:r>
        <w:rPr>
          <w:b w:val="0"/>
        </w:rPr>
        <w:t>Supported cloud computing awareness, AWS learning initiatives, student engagement, and technical community activities.</w:t>
      </w:r>
    </w:p>
    <w:p>
      <w:pPr>
        <w:keepNext/>
        <w:keepLines/>
        <w:pageBreakBefore w:val="0"/>
        <w:spacing w:before="140"/>
      </w:pPr>
      <w:r>
        <w:rPr>
          <w:b/>
          <w:sz w:val="22"/>
        </w:rPr>
        <w:t>Certifications and Professional Development</w:t>
      </w:r>
    </w:p>
    <w:p>
      <w:pPr>
        <w:keepNext w:val="0"/>
        <w:keepLines/>
        <w:spacing w:before="0"/>
      </w:pPr>
      <w:r>
        <w:rPr>
          <w:b w:val="0"/>
        </w:rPr>
        <w:t>Course and learning-path certificates</w:t>
      </w:r>
    </w:p>
    <w:p>
      <w:pPr>
        <w:keepNext w:val="0"/>
        <w:keepLines/>
        <w:spacing w:before="0"/>
      </w:pPr>
      <w:r>
        <w:rPr>
          <w:b w:val="0"/>
        </w:rPr>
      </w:r>
      <w:r>
        <w:rPr>
          <w:b/>
        </w:rPr>
        <w:t xml:space="preserve">TryHackMe — </w:t>
      </w:r>
      <w:r>
        <w:t>DevSecOps Learning Path (Aug 2026); Security Engineer Learning Path (Jul 2026); AI Security Learning Path (Jun 2026); Pre Security Learning Path (Apr 2026); Advent of Cyber 2025 (Dec 2025); Cyber Security 101 (Oct 2025).</w:t>
      </w:r>
    </w:p>
    <w:p>
      <w:pPr>
        <w:keepNext w:val="0"/>
        <w:keepLines/>
        <w:spacing w:before="0"/>
      </w:pPr>
      <w:r>
        <w:rPr>
          <w:b w:val="0"/>
        </w:rPr>
      </w:r>
      <w:r>
        <w:rPr>
          <w:b/>
        </w:rPr>
        <w:t xml:space="preserve">Cisco Networking Academy — </w:t>
      </w:r>
      <w:r>
        <w:t>Ethical Hacker (Aug 2026); CCNA: Introduction to Networks (Mar 2026); Network Technician Career Path (Feb 2026).</w:t>
      </w:r>
    </w:p>
    <w:p>
      <w:pPr>
        <w:keepNext w:val="0"/>
        <w:keepLines/>
        <w:spacing w:before="0"/>
      </w:pPr>
      <w:r>
        <w:rPr>
          <w:b w:val="0"/>
        </w:rPr>
      </w:r>
      <w:r>
        <w:rPr>
          <w:b/>
        </w:rPr>
        <w:t xml:space="preserve">Other — </w:t>
      </w:r>
      <w:r>
        <w:t>LFS101: Introduction to Linux (The Linux Foundation, Aug 2025); JavaScript (Basic) (HackerRank, Aug 2025); Complete Linux Training (Udemy, Aug 2025); Cybersecurity Bootcamp (CyberProStudy Ltd., Jul 2025); App Development (Bano Qabil, Khyber Pakhtunkhwa, Jul 2025).</w:t>
      </w:r>
    </w:p>
    <w:p>
      <w:pPr>
        <w:keepNext w:val="0"/>
        <w:keepLines/>
        <w:spacing w:before="0"/>
      </w:pPr>
      <w:r>
        <w:rPr>
          <w:b w:val="0"/>
        </w:rPr>
        <w:t>Huawei AI Cloud | NAVTTC / Arfa Karim Technology Incubator | Sep 2026 - Present. Coursework in progress: AI fundamentals, Huawei full-stack AI, enterprise intelligence, cloud-based AI services, and application integration.</w:t>
      </w:r>
    </w:p>
    <w:p>
      <w:pPr>
        <w:keepNext/>
        <w:keepLines/>
        <w:pageBreakBefore w:val="0"/>
        <w:spacing w:before="140"/>
      </w:pPr>
      <w:r>
        <w:rPr>
          <w:b/>
          <w:sz w:val="22"/>
        </w:rPr>
        <w:t>Languages and Professional Strengths</w:t>
      </w:r>
    </w:p>
    <w:p>
      <w:pPr>
        <w:keepNext w:val="0"/>
        <w:keepLines/>
        <w:spacing w:before="0"/>
      </w:pPr>
      <w:r>
        <w:rPr>
          <w:b w:val="0"/>
        </w:rPr>
        <w:t>Pashto: Native | Urdu: Fluent | English: Professional Working Proficiency</w:t>
      </w:r>
    </w:p>
    <w:p>
      <w:pPr>
        <w:keepNext w:val="0"/>
        <w:keepLines/>
        <w:spacing w:before="0"/>
      </w:pPr>
      <w:r>
        <w:rPr>
          <w:b w:val="0"/>
        </w:rPr>
        <w:t>Leadership, technical communication, problem-solving, critical thinking, team management, mentoring, collaboration, project coordination, adaptability, time management, analytical thinking.</w:t>
      </w:r>
    </w:p>
    <w:sectPr w:rsidR="00FC693F" w:rsidRPr="0006063C" w:rsidSect="00034616">
      <w:pgSz w:w="11906" w:h="16838"/>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4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khalidbinwaheed.dev" TargetMode="External"/><Relationship Id="rId10" Type="http://schemas.openxmlformats.org/officeDocument/2006/relationships/hyperlink" Target="https://github.com/Khalidbinwaheed" TargetMode="External"/><Relationship Id="rId11" Type="http://schemas.openxmlformats.org/officeDocument/2006/relationships/hyperlink" Target="https://www.linkedin.com/in/ikhalidbinwaheed" TargetMode="External"/><Relationship Id="rId12" Type="http://schemas.openxmlformats.org/officeDocument/2006/relationships/hyperlink" Target="https://tryhackme.com/p/khalidbinwah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Khalid Bin Waheed ATS CV</dc:title>
  <dc:subject/>
  <dc:creator>Khalid Bin Waheed</dc:creator>
  <cp:keywords/>
  <dc:description>generated by python-docx</dc:description>
  <cp:lastModifiedBy/>
  <cp:revision>1</cp:revision>
  <dcterms:created xsi:type="dcterms:W3CDTF">2013-12-23T23:15:00Z</dcterms:created>
  <dcterms:modified xsi:type="dcterms:W3CDTF">2013-12-23T23:15:00Z</dcterms:modified>
  <cp:category/>
</cp:coreProperties>
</file>